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טקסט ומשימות: סיגד, כסליו-חנוכה, גלובליזציה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הנקרא, הסקת מסקנות ואיתור ראיות בטקסט עיוני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להעמיק שליטה באוצר מילים ובכללי לשון בהקשר תוכני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מבוססת מקורות, מיזוג מידע וניסוח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ביקורתית: מיון, הכללה, הבחנה בין עובדה לדעה וקבלת החלטות מושכלת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פתיחה: ניבוי, הסקה והגדרת מושגים – היכרות עם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תיאור המשחק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המשחק מופיע בכל 4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מדובר בפתיחה קצרה של כ-5 עד 10 דקות, לקראת היחידה המלאה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פתיחה: ניבוי, הסקה והגדרת מושגים – תרגול לפי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היוונים (הסלאוקים)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מחוברות / קרובות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פתיחה: ניבוי, הסקה והגדרת מושגים – התאמה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(חג של יהודי אתיופיה, חידוש הברית וכמיהה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(חודש עברי שבו חל חג האורים וסיפור נס פך השמן)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(תהליך של התחברות כלכלית ותרבותית בין מדינות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(כלל לשוני המציין עצם מסוים וידוע)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פתיחה: ניבוי, הסקה והגדרת מושגים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הסקה מבוססת על רמזים מהטקסט, ניחוש הוא סתמי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הבנת הנקרא ועבודה עם טקסט מקור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מסקנה שמתבססת על רמזים שמופיעים בטקסט ולא נאמרת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משפט או פרט מהטקסט שתומך במסקנה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הקשר בין המשמעות של הסמל לבין תוכן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מילה בעלת משמעות דומה למילה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הבנת הנקרא ועבודה עם טקסט מקור – מושגים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הסקה נשענת על רמזים ומעשים, לא רק על אמירה ישירה.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הוא בדרך כלל שלוש אותיות בסיסיות, והמילה נבנית ממנו עם תוספות.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הבנת הנקרא ועבודה עם טקסט מקור – שורש, נרדפות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הבנת הנקרא ועבודה עם טקסט מקור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(האותיות הבסיסיות שמהן נבנית המילה)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(מילה בעלת משמעות 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(פרט או משפט שתומך במסקנה)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(מסקנה המבוססת על 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(ייצוג חזותי של רעיון או מושג)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אוצר מילים, לשון ודקדוק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ה' הידיעה מצביעה על עצם מוגדר וידוע, למשל 'הספר' לעומת 'ספר'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כשיש דגש האות נשמעת קשה, וכשאין דגש היא נשמעת 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במספרים 3–10 יש לרוב היפוך מין: 'שלושה ילדים' אך 'שלוש בנות'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'הילדה קוראת' – פועל בלשון נקבה יחיד, כמו הנושא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אוצר מילים, לשון ודקדוק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אוצר מילים, לשון ודקדוק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עוזר להבין אם מדובר בדבר מסוים וידוע, ומשפיע גם על ההגייה כשיש דגש באותיות בגדכפ״ת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חמישה ילדים שיחקו בחצר – שם המספר בצורת זכר כי שם העצם 'ילדים' בלשון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פתרון לפי התאמת אותיות למילים מוכרות מתחום הלשון, כמו 'דקדוק' או 'משפט'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צריך לזהות בו-זמנית כמה כללים שונים ולבדוק שהם לא סותרים זה את זה, מה שדורש תשומת לב רבה יותר לפרטי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כתיבה מבוססת מקורות וקבלת החלטות – מה המשימות דורשות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מיזוג כמה מקורות לכדי סקירה כתובה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מילות קישור ומושגים מתוך בנק מילים נתון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מובילה להשלכה שממשיכה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לזהות רעיון משותף ונקודות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כתיבה מבוססת מקורות וקבלת החלטות – תרגול מילות קישור והשלכות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כתיבה מבוססת מקורות וקבלת החלטות – התאמת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(לעומת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(מכיוון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כתיבה מבוססת מקורות וקבלת החלטות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המיזוג דורש חיבור רעיונות ממספר מקורות לכדי טקסט אחד קוהרנטי.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מיון, הכללה וחשיבה ביקורתית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לדעתי זהו הספר המעניין ביותר שנכתב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למצוא את המילה שלא שייכת לקבוצה ולנמק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מיון, הכללה וחשיבה ביקורתית – זיהוי בסיסי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את תחזית מזג האוויר או דיווחים מאותו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הגורם שהוביל לתוצאה – האיחור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עמדה אישית היא משפט דעה ולא ניתנת לבדיקה אובייקטיבית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מיון, הכללה וחשיבה ביקורתית – מיון והכללה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מיון, הכללה וחשיבה ביקורתית – התאמת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(עובדה)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התאמת משחק למיומנות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(הסקה מרמזים וראיות מתוך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(איתור שגיאות בה״א הידיעה, בגדכפ״ת ושם המספר)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(הבחנה בין עובדה לדעה ובין סיבה לתוצאה)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(פענוח אוצר מילים וכללי לשון בהקשר)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(חיבור בין סמל או מקור לבין מושג מתאים)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(בחירה בין אפשרויות וניתוח ההשלכות שלהן)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מתבססת על רמז קונקרטי מהטקסט ולא על ניחוש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ההבחנה נכונה והדוגמה אכן עובדה שניתנת לבדיקה או 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הנימוק מזהה לפחות שתי השלכות אפשריות, חיובית ושלילית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כמה שיעורים, פרק אחד או שניים בכל שיעור, בהתאם לזמן הפנוי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להציע לעבוד בזוגות על פרקי ההבנה וההסקה, ולאפשר חזרה לטקסט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דרישה לנימוק מורחב או להשוואה בין שני נושאים מתוך ארבעת נושאי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בכרטיס יציאה קצר כדי לזהות מראש פערים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טקסט ומשימות: סיגד, כסליו-חנוכה, גלובליזציה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לפי סדר הפרקים, פרק אחד בכל פעם. קראו כל טקסט לפני שעונים, וכתבו למה חשבתם כך. בסוף כל פרק ענו על שאלת סיכום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שמגיעים אליה על סמך רמזים בטקסט, בלי שהיא כתובה במפורש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ניחוש מושכל על המשך הטקסט לפני הקריאה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 מול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אפשר לבדוק, דעה מבטאת עמדה 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בין אירוע לגורם שהביא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מיזוג 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מידע משני טקסטים או יותר לטקסט חדש ומסודר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התומך בעמדה או בתשובה שניתנה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תווית הידיעה המצורפת לתחילת מילה מיודעת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בגדכפת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שיכולות להיכתב ברפה או בדגש, ומשפיעות על ההגייה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התאמה דקדוקית בין מילים במשפט, כמו מין ומספר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או שינוי ולהמשיך הלאה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פתיחה: ניבוי, הסקה והגדרת מושגים – היכרות עם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"נחשו ובדקו" מתרגלים ניבוי, הסקה וקריאה פעילה של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"גלגל מושגי יסוד" צריך להגדיר מושג ולתת לו דוגמה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ארבעת הנושאים באתר (סיגד, כסליו-חנוכה, גלובליזציה, לשון) כוללים את משימת "נחשו ובדקו"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פתיחת השיעור נועדה לקחת זמן רב ולהעמיק בניתוח מלא של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פתיחה: ניבוי, הסקה והגדרת מושגים – תרגול לפי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כחמישים יום אחרי חג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מרד החשמונאים בתקופת חנוכה פרץ נגד שלטון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"גלגל מושגי יסוד" יש להגדיר __________ ולתת לו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המושג "כפר עולמי" בנושא הגלובליזציה מתאר עולם שבו מדינות ותרבויות __________ זו לזו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פתיחה: ניבוי, הסקה והגדרת מושגים – התאמה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חודש עברי שבו חל חג האורים וסיפור נס פך השמן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כסליו-חנוכה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כלל לשוני המציין עצם מסוים וידוע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 של יהודי אתיופיה, חידוש הברית וכמיהה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ה״א הידיעה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תהליך של התחברות כלכלית ותרבותית בין מדינות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פתיחה: ניבוי, הסקה והגדרת מושגים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ניחוש להסקה?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שתי המילים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 מבוססת על רמזים מהטקסט, ניחוש הוא סתמי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ניחוש תמיד נכון יותר מהסקה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הסקה מתאימה רק לטקסטים על גלובליזציה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הבנת הנקרא ועבודה עם טקסט מקור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להסיק מסקנה?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העתקת משפט מהטקסט כפי שהוא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מסקנה שמתבססת על רמזים שמופיעים בטקסט ולא נאמרת במפורש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ניחוש אקראי ללא קשר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שנותנים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ראיה מתוך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 אישית של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או פרט מהטקסט שתומך במסקנה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הפרק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כשמתאימים סמל למושג?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הצבע של הסמל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הקשר בין המשמעות של הסמל לבין תוכן המושג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אורך המילה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מיקום הסמל בדף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זו מילה נרדפת?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הפוכה במשמעות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בעלת משמעות דומה למילה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עם אותו שורש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משפה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הבנת הנקרא ועבודה עם טקסט מקור – מושגים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להסיק מסקנה על דמות גם בלי שנאמר עליה דבר במפורש, רק לפי מעשיה.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המילה זהה תמיד לצורת המילה המלאה.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הבנת הנקרא ועבודה עם טקסט מקור – שורש, נרדפות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שורש המילה 'הסתכלות'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תהליך שבו מזהים דמות או מצב לפי רמזים מצטברים בטקסט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הבנת הנקרא ועבודה עם טקסט מקור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פרט או משפט שתומך במסקנה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נרדפת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ייצוג חזותי של רעיון או מושג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 מהטקסט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מסקנה המבוססת על רמזים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בעלת משמעות דומה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האותיות הבסיסיות שמהן נבנית המילה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אוצר מילים, לשון ודקדוק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 הידיעה מתווספת בתחילת מילה כדי לציין שמדובר בדבר מסוים וידוע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בגדכפ״ת יכולות להישמע רך או קשה בהתאם למיקומן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המספר בעברית תמיד מתאים במין לשם העצם שהוא מתאר, בדיוק כמו שם התואר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התאם בלשון הוא התאמה בין מין ומספר של מילים במשפט, למשל בין הפועל לנושא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אוצר מילים, לשון ודקדוק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ה' הידיעה גורמת לאותיות בגדכפ״ת שאחריה לקבל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במילה 'הכלב' האות כ' נשמעת __________ בגלל הדגש שבא אחרי ה'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בעברית אומרים 'שלושה ספרים' לעומת 'שלוש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'הילדות קוראות ספר' ההתאם הוא בין הנושא לפועל במין נקבה ובמספר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אנגרמה היא שינוי ה__________ של האותיות במילה כדי ליצור מילה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אוצר מילים, לשון ודקדוק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להכיר את כלל ה' הידיעה כשקוראים 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שם המספר מתאים נכון לשם עצם ברבים, ונמקו מדוע בחרתם במין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שתי מילים מבולבלות (אותיות מעורבבות) בנושא הלשון, ופרקו אותן למילה תקנית. הסבירו איך זיהיתם כל 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משחק 'בלש הניסוח והדקדוק' משלב כמה כללי לשון יחד (ה' הידיעה, בגדכפ״ת, שם המספר, התאם). הסבירו מדוע שילוב כזה מאתגר יותר מתרגול כלל בודד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כתיבה מבוססת מקורות וקבלת החלטות – מה המשימות דורשות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במשחק בונה הסקירה הממזגת?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מיזוג כמה מקורות לכדי סקירה כתובה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שינון נוסחאות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משלימים משפטים במשחק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ניחוש חופשי בלי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מילות קישור ומושגים מתוך בנק מילים 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הטלת קוביה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שרבוט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אחרי שבוחרים אפשרות בסימולציה?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נמחקת מיד ולא משפיעה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מובילה להשלכה שממשיכה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מוסתרת מהתלמיד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קשורה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קוראים את כל המקורות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להעתיק אותם מילה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רעיון משותף ונקודות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על חלקם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כתיבה מבוססת מקורות וקבלת החלטות – תרגול מילות קישור והשלכות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לחבר בין רעיונות ממקורות שונים בכתיבה ממזגת, משתמשים במילות __________ כמו "בנוסף" או "לעומת זאת".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קבלת ההחלטות, לכל בחירה יש __________ שמשפיעה על המשך הסיפור.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כתיבה מבוססת מקורות וקבלת החלטות – התאמת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מילת קישור להוספת רעיון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מילת קישור לניגוד או הבדל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מילת קישור לציון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לעומת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קישור לציון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מילת קישור לסיכום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מכיוון 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כתיבה מבוססת מקורות וקבלת החלטות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בכתיבה ממזגת צריך לשלב בין כמה מקורות לטקסט אחד רציף, ולא להעתיק כל מקור בנפרד.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מיון, הכללה וחשיבה ביקורתית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מהמשפטים יש הבעת דעה ולא עובדה הניתנת לבדיקה?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העיר ירושלים ממוקמת בהרי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לדעתי זהו הספר המעניין ביותר שנכתב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רותחים בטמפרטורה של 100 מעלות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בשנה יש 365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הכלל המרכזי במשחק שבו צריך למצוא את הפריט שלא שייך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את המילה שלא שייכת לקבוצה ולנמק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לסדר מילים לפי סדר אלפביתי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לתרגם מילים לשפה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 בין מילה לתמונה מתאימה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מיון, הכללה וחשיבה ביקורתית – זיהוי בסיסי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"אתמול ירד גשם בתל אביב" הוא משפט עובדתי שאפשר לבדוק אם הוא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"הוא איחר לאוטובוס כי לא שמע את השעון המעורר" חלק הסיבה הוא "לא שמע את השעון המעורר"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שמבטא עמדה אישית של הכותב נחשב תמיד למשפט עובדתי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מיון, הכללה וחשיבה ביקורתית – מיון והכללה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שאפשר לבדוק אם הוא נכון או לא נכון באמצעות נתונים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אירוע אחד גורם לאירוע אחר, מתקיים ביניהם יחס של סיבה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מיון, הכללה וחשיבה ביקורתית – התאמת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מדינת ישראל הוקמה בשנת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זהו השיר היפה ביותר בשפה העברית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הטקסט ברור יותר כשיש בו דוגמאות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כדור הארץ סובב סביב השמש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התאמת משחק למיומנות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החשוד? בלש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הבחנה בין עובדה לדעה ובין סיבה לתוצאה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בלש הניסוח והדקדוק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חיבור בין סמל או מקור לבין מושג מתאים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מיון לקטגוריות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שגיאות בה״א הידיעה, בגדכפ״ת ושם המספר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צופן סודי ומילים מבולבלות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בחירה בין אפשרויות וניתוח ההשלכות שלהן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התאמת מקורות וסמלים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הסקה מרמזים וראיות מתוך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סימולציית החלטות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פענוח אוצר מילים וכללי לשון בהקשר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דוגמה אחת להסקה שעשית מתוך טקסט בחוברת, ונמק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 את ההבדל בין עובדה לדעה והבא דוגמה מתוך אחד התרגילים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 החלטה או דילמה שתרגלת וכתוב מה היו ההשלכות האפשריות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טקסט ומשימות: סיגד, כסליו-חנוכה, גלובליזציה ולשון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